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Angebot</w:t>
      </w:r>
    </w:p>
    <w:p>
      <w:r>
        <w:t>[Vollständiger Firmenname / Rechtsform]</w:t>
        <w:br/>
        <w:t>[Straße, Hausnummer, PLZ, Ort]</w:t>
        <w:br/>
        <w:t>[Kontakt / E-Mail]</w:t>
      </w:r>
    </w:p>
    <w:p>
      <w:r>
        <w:t>An: [Vollständiger Kundenname]</w:t>
        <w:br/>
        <w:t>[Kundenanschrift]</w:t>
      </w:r>
    </w:p>
    <w:p>
      <w:r>
        <w:t>Angebotsnummer: AN-2026-0001 · Angebotsdatum: 01.10.2026</w:t>
        <w:br/>
        <w:t>Annahmefrist: 15.10.2026 · Betreff: Beratung und Konzept – Projekt [Bezeichnung]</w:t>
      </w:r>
    </w:p>
    <w:p>
      <w:r>
        <w:t>Vielen Dank für Ihre Anfrage. Wir bieten Ihnen folgende Leistungen zu den unten genannten Bedingungen an: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Leistung / Umfang</w:t>
            </w:r>
          </w:p>
        </w:tc>
        <w:tc>
          <w:tcPr>
            <w:tcW w:type="dxa" w:w="2466"/>
          </w:tcPr>
          <w:p>
            <w:r>
              <w:t>Menge</w:t>
            </w:r>
          </w:p>
        </w:tc>
        <w:tc>
          <w:tcPr>
            <w:tcW w:type="dxa" w:w="2466"/>
          </w:tcPr>
          <w:p>
            <w:r>
              <w:t>Einzel netto</w:t>
            </w:r>
          </w:p>
        </w:tc>
        <w:tc>
          <w:tcPr>
            <w:tcW w:type="dxa" w:w="2466"/>
          </w:tcPr>
          <w:p>
            <w:r>
              <w:t>Gesamt netto</w:t>
            </w:r>
          </w:p>
        </w:tc>
      </w:tr>
      <w:tr>
        <w:tc>
          <w:tcPr>
            <w:tcW w:type="dxa" w:w="2466"/>
          </w:tcPr>
          <w:p>
            <w:r>
              <w:t>Projektberatung, abgestimmter Workshop</w:t>
            </w:r>
          </w:p>
        </w:tc>
        <w:tc>
          <w:tcPr>
            <w:tcW w:type="dxa" w:w="2466"/>
          </w:tcPr>
          <w:p>
            <w:r>
              <w:t>4 Std.</w:t>
            </w:r>
          </w:p>
        </w:tc>
        <w:tc>
          <w:tcPr>
            <w:tcW w:type="dxa" w:w="2466"/>
          </w:tcPr>
          <w:p>
            <w:r>
              <w:t>100,00 €</w:t>
            </w:r>
          </w:p>
        </w:tc>
        <w:tc>
          <w:tcPr>
            <w:tcW w:type="dxa" w:w="2466"/>
          </w:tcPr>
          <w:p>
            <w:r>
              <w:t>400,00 €</w:t>
            </w:r>
          </w:p>
        </w:tc>
      </w:tr>
      <w:tr>
        <w:tc>
          <w:tcPr>
            <w:tcW w:type="dxa" w:w="2466"/>
          </w:tcPr>
          <w:p>
            <w:r>
              <w:t>Konzept mit einer abgestimmten Korrekturrunde</w:t>
            </w:r>
          </w:p>
        </w:tc>
        <w:tc>
          <w:tcPr>
            <w:tcW w:type="dxa" w:w="2466"/>
          </w:tcPr>
          <w:p>
            <w:r>
              <w:t>1 Pauschale</w:t>
            </w:r>
          </w:p>
        </w:tc>
        <w:tc>
          <w:tcPr>
            <w:tcW w:type="dxa" w:w="2466"/>
          </w:tcPr>
          <w:p>
            <w:r>
              <w:t>600,00 €</w:t>
            </w:r>
          </w:p>
        </w:tc>
        <w:tc>
          <w:tcPr>
            <w:tcW w:type="dxa" w:w="2466"/>
          </w:tcPr>
          <w:p>
            <w:r>
              <w:t>600,00 €</w:t>
            </w:r>
          </w:p>
        </w:tc>
      </w:tr>
    </w:tbl>
    <w:p>
      <w:pPr>
        <w:jc w:val="right"/>
      </w:pPr>
      <w:r>
        <w:t>Netto: 1.000,00 €</w:t>
        <w:br/>
        <w:t>Umsatzsteuer 19 %: 190,00 €</w:t>
        <w:br/>
        <w:t>Gesamtbetrag: 1.190,00 €</w:t>
      </w:r>
    </w:p>
    <w:p>
      <w:pPr>
        <w:pStyle w:val="Heading2"/>
      </w:pPr>
      <w:r>
        <w:t>Umfang und Bedingungen</w:t>
      </w:r>
    </w:p>
    <w:p>
      <w:r>
        <w:t>Ausführung: [konkreter Zeitraum nach Annahme]. Enthalten sind die oben beschriebenen Leistungen. Zusätzliche Leistungen oder weitere Korrekturrunden werden vor Ausführung separat vereinbart.</w:t>
      </w:r>
    </w:p>
    <w:p>
      <w:r>
        <w:t>Zahlung: 14 Tage nach Rechnungserhalt ohne Abzug. Dieses Angebot fordert noch keine Zahlung. Eine Anzahlung bedarf einer gesonderten Vereinbarung und Rechnung.</w:t>
      </w:r>
    </w:p>
    <w:p>
      <w:r>
        <w:t>Annahme: Bitte bestätigen Sie dieses Angebot unverändert unter Angabe der Angebotsnummer bis zum 15.10.2026 an [Kontakt]. Änderungen werden vor Vertragsschluss abgestimmt.</w:t>
      </w:r>
    </w:p>
    <w:p>
      <w:r>
        <w:t>[Rechtsformabhängige Geschäftsangaben, z. B. Sitz, Register und Vertretung ergänzen]</w:t>
      </w:r>
    </w:p>
    <w:p>
      <w:r>
        <w:t>Vor Verwendung: Beispieltermine und Preise ersetzen; Rechenweg, Bindung, Frist und Steuerfall prüfen. Der 19-%-Fall ist nur ein Beispiel. Bei § 19 UStG Steuerzeile entfernen und passenden Befreiungshinweis einsetzen. Die Vorlage ist keine Rechnung oder E-Rechnung.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Stand: 1. Oktober 2026 · invoify.de/blog/angebot-schreiben · Redaktionelle Vorlage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</dc:title>
  <dc:subject/>
  <dc:creator>Invoify Redaktion</dc:creator>
  <cp:keywords/>
  <dc:description>generated by python-docx</dc:description>
  <cp:lastModifiedBy/>
  <cp:revision>1</cp:revision>
  <dcterms:created xsi:type="dcterms:W3CDTF">2026-10-01T10:00:00Z</dcterms:created>
  <dcterms:modified xsi:type="dcterms:W3CDTF">2026-10-01T10:00:00Z</dcterms:modified>
  <cp:category/>
</cp:coreProperties>
</file>