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Rechnung – Fotografie</w:t>
      </w:r>
    </w:p>
    <w:p>
      <w:r>
        <w:t>Aussteller: [Vollständiger Name / Firma und Rechtsform]</w:t>
        <w:br/>
        <w:t>[Straße, Hausnummer, PLZ, Ort]</w:t>
        <w:br/>
        <w:t>[Steuernummer oder USt-IdNr.]</w:t>
      </w:r>
    </w:p>
    <w:p>
      <w:r>
        <w:t>Empfänger: [Vollständiger Kundenname / Firma]</w:t>
        <w:br/>
        <w:t>[Vollständige Rechnungsanschrift]</w:t>
      </w:r>
    </w:p>
    <w:p>
      <w:r>
        <w:t>Rechnungsnummer: [eindeutige Nummer] · Rechnungsdatum: [Datum]</w:t>
        <w:br/>
        <w:t>Leistungsdatum / -zeitraum: [tatsächliches Datum / Zeitraum]</w:t>
        <w:br/>
        <w:t>Projekt / Auftrag: [Referenz]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Leistung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Einzel netto</w:t>
            </w:r>
          </w:p>
        </w:tc>
        <w:tc>
          <w:tcPr>
            <w:tcW w:type="dxa" w:w="2466"/>
          </w:tcPr>
          <w:p>
            <w:r>
              <w:t>Gesamt netto</w:t>
            </w:r>
          </w:p>
        </w:tc>
      </w:tr>
      <w:tr>
        <w:tc>
          <w:tcPr>
            <w:tcW w:type="dxa" w:w="2466"/>
          </w:tcPr>
          <w:p>
            <w:r>
              <w:t>Shooting gemäß Auftrag [Referenz]</w:t>
            </w:r>
          </w:p>
        </w:tc>
        <w:tc>
          <w:tcPr>
            <w:tcW w:type="dxa" w:w="2466"/>
          </w:tcPr>
          <w:p>
            <w:r>
              <w:t>1 Paket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</w:tr>
      <w:tr>
        <w:tc>
          <w:tcPr>
            <w:tcW w:type="dxa" w:w="2466"/>
          </w:tcPr>
          <w:p>
            <w:r>
              <w:t>Bildbearbeitung, vereinbarter Umfang</w:t>
            </w:r>
          </w:p>
        </w:tc>
        <w:tc>
          <w:tcPr>
            <w:tcW w:type="dxa" w:w="2466"/>
          </w:tcPr>
          <w:p>
            <w:r>
              <w:t>1 Paket</w:t>
            </w:r>
          </w:p>
        </w:tc>
        <w:tc>
          <w:tcPr>
            <w:tcW w:type="dxa" w:w="2466"/>
          </w:tcPr>
          <w:p>
            <w:r>
              <w:t>300,00 €</w:t>
            </w:r>
          </w:p>
        </w:tc>
        <w:tc>
          <w:tcPr>
            <w:tcW w:type="dxa" w:w="2466"/>
          </w:tcPr>
          <w:p>
            <w:r>
              <w:t>300,00 €</w:t>
            </w:r>
          </w:p>
        </w:tc>
      </w:tr>
      <w:tr>
        <w:tc>
          <w:tcPr>
            <w:tcW w:type="dxa" w:w="2466"/>
          </w:tcPr>
          <w:p>
            <w:r>
              <w:t>Nutzungsrechte gemäß Vereinbarung</w:t>
            </w:r>
          </w:p>
        </w:tc>
        <w:tc>
          <w:tcPr>
            <w:tcW w:type="dxa" w:w="2466"/>
          </w:tcPr>
          <w:p>
            <w:r>
              <w:t>1 Paket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  <w:tc>
          <w:tcPr>
            <w:tcW w:type="dxa" w:w="2466"/>
          </w:tcPr>
          <w:p>
            <w:r>
              <w:t>100,00 €</w:t>
            </w:r>
          </w:p>
        </w:tc>
      </w:tr>
    </w:tbl>
    <w:p>
      <w:r>
        <w:t>Netto: 1.000,00 €</w:t>
        <w:br/>
        <w:t>Umsatzsteuer 19 %: 190,00 €</w:t>
        <w:br/>
        <w:t>Gesamtbetrag: 1.190,00 €</w:t>
      </w:r>
    </w:p>
    <w:p>
      <w:r>
        <w:t>Rechteumfang ergänzen: [Bilder, Medium, Laufzeit, Gebiet, Exklusivität und Vertragsreferenz]. Der Steuersatz folgt dem konkreten Fall, nicht allein dem Wort Nutzungsrecht.</w:t>
      </w:r>
    </w:p>
    <w:p>
      <w:r>
        <w:t>Zahlungsziel: [vereinbarte Frist / Datum]</w:t>
        <w:br/>
        <w:t>Kontoinhaber / IBAN: [eigene, geprüfte Angaben]</w:t>
        <w:br/>
        <w:t>Verwendungszweck: [Rechnungsnummer]</w:t>
      </w:r>
    </w:p>
    <w:p>
      <w:r>
        <w:t>Fiktive Einzelrechnung ohne Vorauszahlungen. Durchgehend 19 % ist nur eine Annahme. Für Kleinunternehmer, Befreiungen oder abweichende Steuersätze Steuerzeilen und Hinweise fachlich anpassen. Diese Vorlage ist keine strukturierte E-Rechnung.</w:t>
      </w:r>
    </w:p>
    <w:p>
      <w:r>
        <w:t>Vor Versand alle Platzhalter ersetzen, tatsächliche Leistungen, Rechenweg und Steuerfall prüfen sowie rechtsformabhängige Geschäftsangaben ergänzen.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Stand: 2. Oktober 2026 · invoify.de/blog/rechnung-schreiben-als-fotograf · Redaktionelle Vorlage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Rechnung – Fotografie</dc:title>
  <dc:subject/>
  <dc:creator>Invoify Redaktion</dc:creator>
  <cp:keywords/>
  <dc:description>generated by python-docx</dc:description>
  <cp:lastModifiedBy/>
  <cp:revision>1</cp:revision>
  <dcterms:created xsi:type="dcterms:W3CDTF">2026-10-02T10:00:00Z</dcterms:created>
  <dcterms:modified xsi:type="dcterms:W3CDTF">2026-10-02T10:00:00Z</dcterms:modified>
  <cp:category/>
</cp:coreProperties>
</file>